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2476: 超级书架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2476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深搜排列组合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Farmer John最近为奶牛们的图书馆添置了一个巨大的书架，尽管它是如此的大，但它还是几乎瞬间就被各种各样的书塞满了。现在，只有书架的顶上还留有一点空间。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所有N(1 ≤ N ≤ 20)头奶牛都有一个确定的身高Hi(1 ≤ Hi ≤ 1,000,000)。设所有奶牛身高的和为S。书架的高度为B，数据保证1 ≤ B ≤ S。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够到比最高的那头奶牛还要高的书架顶，奶牛们不得不象演杂技一般，一头站在另一头的背上，叠成一座"奶牛塔"。当然，这个塔的高度，就是塔中所有奶牛的身高之和。为了往书架顶上放东西，所有奶牛的身高和必须不小于书架的高度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塔叠得越高便越不稳定，于是奶牛们希望找到一种方案，使得叠出的塔在高度不小于书架高度的情况下，高度尽可能小。你也可以猜到你的任务了：写一个程序，计算奶牛们叠成的塔在满足要求的情况下，最少要比书架高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第1行: 2个用空格隔开的整数：N 和 B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第2..N+1行: 第i+1行是1个整数：Hi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输出1个整数，代表奶牛们叠成的塔在满足要求的情况下，最少要比书架高多少。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选用奶牛1、3、4、5叠成塔，她们的总高度为3 + 3 + 5 + 6 = 17。任何方案都无法叠出高度为16的塔，于是答案为1。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