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2475: 大数组区间和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2475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贪心双指针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440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有一个长度为 N 的数值，元素分别为 a_1, a_2,..., a_n，再给一个整数 K，问数组中有多少个连续的区间，满足区间的和至少为 K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 N,K，接下来有 N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输出一个整数，表示答案。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N ≤ 10^5，1 ≤a_i ≤ 10^5，1 ≤ K ≤ 10^{10}。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