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2466: 挤牛奶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usaco区间问题贪心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Section1.2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三个农民每天清晨 5 点起床,然后去牛棚给 3 头牛挤奶。第一个农民在 300 时刻(从 5 点开始计时，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秒为单位)给他的牛挤奶，一直到 1000 时刻。第二个农民在 700 时刻开始，在 1200 时刻结束。第三个农民在 1500 时刻开始 2100 时刻结束。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期间最长的至少有一个农民在挤奶的连续时间为 900 秒(从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300 时刻到 1200 时刻)，而最长的无人挤奶的连续时间(从挤奶开始一直到挤奶结束)为 300 秒(从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1200 时刻到 1500 时刻)。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你的任务是编一个程序，读入一个有 N 个农民(1 &lt;= N &lt;= 5000) 挤 N 头牛的工作时间列表，计算以下两点(均以秒为单位)：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最长至少有一人在挤奶的时间段。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最长的无人挤奶的时间段。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Line 1: 一个整数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Lines 2..N+1: 每行两个小于 1000000 的非负整数，表示一个农民的开始时刻与结束时刻。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一行，两个整数，即题目所要求的两个答案。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