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2460: 最少换乘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2460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图论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164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A 市迎来了一年一度的旅游盛典，为方便大家出行，公交公司在旅游景点、酒店等地设置了若干条公交路线，每条公交路线会经过若干个公交站台，站台编号为1 ⋯ n。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某游客想从 1 号公交站台上车，游览若干地点之后到达 n 号公交站台。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请问：该游客最少要换乘几次公交车，才能到达 n 号公交站台？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 1 行有两个整数 m,n（1 ≤ m ≤ 100， 1 &lt; n ≤ 500），表示开通了 m 条单程公交线路，共有 n 个车站。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接下来 m 行，每行给出了每条公交线路的信息。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其中第 i+1 行给出的是第 i 条公交线路的信息，每行先给出一个整数 x 表示该条公交路线会经过 x 个公交站台，接着从左至右按运行顺序依次给出了该线路上的所有站号，相邻两个站号之间用一个空格隔开。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输出乘客最少需要换乘公交的次数，如果无论怎样换乘都无法达到目的地，请输出NO。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2 6 7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4 4 7 3 6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4 2 1 3 5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共有3条公交线路，有7个公交站台，样例给定的3条公交线路，示意图如下。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根据示意图可以发现，从1站台到7站台，可以：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先乘坐路线为2-1-3-5的公交车，从1站台上车，到3站台下车；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再乘坐路线为4-7-3-6的公交车，从3站台上车，到6站台下车；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再乘坐路线为6-7的公交车，从6站台上车，到7站台下车。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因此需要换乘2次公交车，到达终点n号站台。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416816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744jgikj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168164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