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2458: 奶牛排位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2021 January Contest, Bronze Problem 3. Just Stalling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Farmer John 有 N 头奶牛（1 ≤ N ≤ 20），第 i 头奶牛的高度为 a_i。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他有 N 个牛棚，第 j 个牛棚的高度限制为 b_j，即只有当奶牛高度满足 a_i ≤ b_j 时，奶牛 i 才能住进牛棚 j。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问：将这 N 头奶牛一一安排到不同牛棚中，并且每头奶牛都满足对应牛棚高度限制的方案数有多少？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 a_1,a_2,…,a_N。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第三行包含 N 个整数 b_1,b_2,…,b_N。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输出一个整数，表示可行安排方案数。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注意答案可能超过 32 位整型范围，请使用 64 位整数类型（如 C++ 的 long long）。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2 4 3 4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在该样例中：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奶牛 3 不能放入牛棚 1，因为 a_3=3&gt;b_1=2。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奶牛 4 不能放入牛棚 1 或牛棚 3，因为 a_4=4&gt;b_1=2 且 a_4=4&gt;b_3=3。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例如一种合法方案是：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奶牛 1 → 牛棚 1，奶牛 2 → 牛棚 2，奶牛 3 → 牛棚 3，奶牛 4 → 牛棚 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a_i,b_j ≤ 10^9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