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2457: 牛文匹配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2457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usaco贪心模拟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388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USACO 2021 January Contest, Bronze T1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一个鲜为人知的事实是，奶牛拥有自己的文字：「牛文」。牛文由 26 个字母 'a' 到 'z' 组成，但是当奶牛说牛文时，可能与我们所熟悉的 'abcdefghijklmnopqrstuvwxyz' 不同，她会按某种特定的顺序排列字母。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为了打发时间，奶牛 Bessie 在反复哼唱牛文字母歌，而 Farmer John 好奇她唱了多少遍。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给定一个小写字母组成的字符串，为 Farmer John 听到 Bessie 唱的字母，计算 Bessie 至少唱了几遍完整的牛文字母歌，使得 Farmer John 能够听到给定的字符串。Farmer John 并不始终注意 Bessie 所唱的内容，所以他可能会漏听 Bessie 唱过的一些字母。给定的字符串仅包含他记得他所听到的字母。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输入的第一行包含 26 个小写字母 'a' 到 'z' 的牛文字母表顺序。下一行包含一个小写字母组成的字符串，为 Farmer John 听到 Bessie 唱的字母。字符串的长度不小于 1 且不大于 1000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Bessie 所唱的完整的牛文字母歌的最小次数。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abcdefghijklmnopqrstuvwxyz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mood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在这个样例中，牛文字母表与日常的字母表的排列一致。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Bessie 至少唱了三遍牛文字母歌。有可能 Bessie 只唱了三遍牛文字母歌，而 Farmer John 听到了以下被标记为大写的字母。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abcdefghijklMnOpqrstuvwxyz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abcdefghijklmnOpqrstuvwxyz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abcDefghijklmnopqrstuvwxyz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