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2454: 数学游戏(math)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2454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 Online 能力测试 2022 T2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Kri 喜欢玩数字游戏。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一天，他在草稿纸上写下了 t 对正整数 (x,y)，并对于每一对正整数计算出了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z = x × y × gcd(x,y)。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可是调皮的 Zay 找到了 Kri 的草稿纸，并把每一组的 y 都擦除了，还可能改动了一些 z。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 Kri 想请你帮忙还原每一组的 y ，具体地，对于每一组中的 x 和 z ，你需要输出最小的正整数 y，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使得 z = x × y × gcd(x,y)。如果这样的 y 不存在，也就是 Zay 一定改动了 z，那么请输出 -1。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注：gcd(x,y) 表示 x 和 y 的最大公约数，也就是最大的正整数 d ，满足 d 既是 x 的约数，又是 y 的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约数。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第一行一个整数 t ，表示有 t 对正整数 x 和 z。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t 行，每行两个正整数 x 和 z，含义见题目描述。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对于每对数字输出一行，如果不存在满足条件的正整数 y ，请输出 -1，否则输出满足条件的最小正整数 y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样例 1 解释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x × y × gcd(x,y) = 10 × 12 × gcd(10,12) = 240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数据范围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 20% 的数据，t,x,z≤103 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 40% 的数据，t≤103，x≤106，z≤109。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对于另 30% 的数据，t≤104 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对于另 20% 的数据，x≤106 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 100% 的数据，1≤t≤5×105，1≤x≤109，1≤z＜263 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