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2452: 最长子区间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前缀和数学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个整数，在这 n 个整数中任意的取连续区间中的数字求和，请问：满足区间和是 7 的倍数的最长的区间长度是多少？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第1行输入一个整数 N（1≤N≤50,000）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第2行输入n个整数（整数范围在0…1,000,000之间）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输出满足题意的最长子区间的长度，如果找不到符合题意的子区间，请输出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样例解释：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5+1+6+2+14 = 28。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