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2447: ABC计算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2020 December Contest, Bronze Problem 1. Do You Know Your ABCs?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Farmer John 的奶牛正在 "mooZ" 视频会议平台上举行每日集会。她们发明了一个简单的数字游戏，为会议增添一些乐趣。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Elsie 有三个正整数 A、B 和 C（A≤B≤C）。这些数字是保密的，她不会直接透露给她的姐妹 Bessie。她告诉 Bessie 七个范围在 1 ⋯ 10^9 之间的整数（不一定各不相同），并宣称这是 A、B、C、A+B、B+C、C+A 和 A+B+C 的某种排列。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给定这七个整数，请帮助 Bessie 求出 A、B 和 C。可以证明，答案是唯一的。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输入一行，包含七个空格分隔的整数。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A、B 和 C，用空格分隔。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2 2 11 4 9 7 9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2 2 7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测试点性质：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2-3 满足 C≤50。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4-10 没有额外限制。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