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2446: 火灾救援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在一片树林中，发生了几处火灾，A小队接到了一个紧急任务，要从 S 点出发到 T 点，去保护 T 点的重要物资。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树林可以简化为 n 行 m 列的地图，该地图中字符 . 表示初始状态下该点没有着火，字符 F 表示初始状态下该点着火了，字符 S 表示出发点，字符 T 表示终点；当然起点和终点在初始状态下不会着火。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A小队每秒钟可以向上下左右四方向移动 1 步，着火的点每秒会蔓延到相邻的 8 个方向的位置，在任何时刻，A小队都无法移动到已经着火的位置上。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请问：A小队从 S 点出发，最短需要多久能到达 T 点，如果无论如何都无法到达 T 点，请输出 -1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第一行包含两个整数 n,m（0 &lt; n, m ≤ 100）。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行给出一个字符矩阵，矩阵中字符的含义如题所述。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请输出从出发点到终点的最短时间是多少秒，如果无法到达终点，请输出 -1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