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2443: 答案提示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在当今流行的互联网测验中，选手在答不出一道难题时，测试软件通常会根据标准答案给出三次提示，标准答案由大小写字母以及标点符号和空格构成，其中元音字母为：'aeiouAEIOU'。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测试软件产生提示的算法如下：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第一次提示是将标准答案中的所有字母替换成'.'；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第二次提示来自于第一次提示，将最前面的1/3个字母显示出来，若字母总数不是3的倍数则按四舍五入处理。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第三次提示来自于第二次提示，将余下的所有元音字母显示出来，如果余下的字母中没有元音字母则显示最前面的2/3个字母，若字母总数不是3的倍数则小数部分按四舍五入处理。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写一个程序实现以上产生提示的算法。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输入数据仅一行包含一条标准答案，标准答案最多由50个字符组成。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输出数据共有三行，分别为第一次提示，第二次提示和第三次提示。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Upomoc! Lpv s nm pkrl sv smglsnk.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......! ... . .. .... .. 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Upomoc! Lp. . .. .... .. 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Upomoc! Lpv s nm pkrl s. 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