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2441: 分数求和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2441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对于给定整数 k ，求出所有满足 1/k=1/x+1/y 的 x 和 y 的值， x 、 y 均为正整数。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k（1&lt;k&lt;30000）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输出若干行，每行有一个符合条件的分数和，按照 x 从小到大的顺序输出结果。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8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1/8=1/9+1/72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1/8=1/10+1/40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1/8=1/12+1/24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1/8=1/16+1/16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