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2440: 编码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 星球对地球开战了，奶牛们英勇地参与了地球保卫战，他们为了互相传递信息，采用了数制编码，把一串数字进行数制转换后形成一串编码，现在奶牛要传递一组重要数据，请你编程把数据转换成密码，转换的每一位数据所采用的数制与它的位置编号有关（第一位数转换成 2 进制，第二位数转换成 3 进制，以此类推），每一位数据转换后用 16 位数码表示。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第一行，输入一个整数 n(n &lt; 10 )。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第二行，输入 n 个空格隔开的整数。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输出一行，为编码结果。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10 20 30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000000000000101000000000000002020000000000000132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【样例说明】：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转换成 16 位 2 进制数，20 转换成 16 位 3 进制数，30 转换成 16 位的 4 进制数。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