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2439: 奶牛的游戏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农民 John的 N (1 ≤ N ≤ 1000) 头奶牛 (从 1 到 N 依次编号 )打算玩游戏 Serious Cow Tag。在 Serious Cow Tag这个游戏里，每头牛在牧场网格中取 一个点 (-7500 ≤ X ≤ 7500,-7500 ≤ Y ≤ 7500) 使得每一对牛的距离都是与众不同的。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奶牛们轮流玩这个游戏，从 #1 号牛开始，然后是 #2, #3, 等等 (只要这头牛仍然参与这个游戏)。每次轮到的玩的牛，会选择一个目前离它最近的牛，走过去拍它一下，然后回到原来的位置，这样那头被拍的牛就被游戏排除在外了。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当只有一头牛留下来了以后，游戏即告结束，那头牛就是赢家。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农民 John 正和邻居们打赌那头牛会赢，所以他想事先知道谁是赢家。写一个 程序，读入每头牛的位置，求那头牛获胜。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Line 1: 一个整数 N ， 奶牛的数量。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Lines 2 ⋯ N+1: 第 i+1 有两个用空格分开的整数，描述第 i 头牛的坐标位置。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Line 1: 获胜的牛的编号。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牛 1 先走，去拍了离它最近的牛 2 。2 号牛就被删除了，接下去就直接轮到 Cow 3 走。她去拍了 1 号， 1 号被排除，最终 3 号获胜。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