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2437: 子集和求解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2437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排列组合深搜优化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404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 n 个整数，再给定一个整数 c，请问从 n 个整数能否选出若干个数构成的子集，使其总和为 c。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 1 行有 2 个正整数 n (n ≤ 7000) 和 c (c ≤ 2 × 10^9)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2 行，有 n 个正整数。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输出若干个整数，表示一个子集，其和等于 c 。 如果有多种解，输出按输入顺序最靠前的一个解。当问题无解时，输出No Solution!。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