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2427: 多余的数据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我们都知道如果 x 和 y 属于同一个集合，y 和 z 属于同一个集合，那么 xyz 就属于同一个集合。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同学发现一组关于集合关系的描述中经常出现多余的数据，比如，以下数据中，每行的 2 个整数 x y，代表了 x 和 y 属于同一个集合：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观察发现，只要有前 3 个关系，就可以断定 1 2 3 4 这 4 个数属于同一个集合，后面的 3 个关系是多余的数据。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现有 n 个数，数值为 1 ∼ n，有 m 个关系，描述了哪些数在同一个集合，请编程计算出，这些关系中，有多少个关系是多余的？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第一行，读入两个整数，分别表示：关系数量(m)和人数(n)。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行，每行两个数 x y，表示 x 和 y 在同一个集合中。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1≤n,m≤1000，1≤x,y≤n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输出一个整数，表示有多少个关系是多余的。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