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2426: 家族统计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2426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并查集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531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n 个人，编号为 1 ∼ n ，m 条亲戚关系，有亲戚关系的人构成了一个大家族。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比如：已知 x,y 是亲戚，y,z 是亲戚，那么 x,y,z 三个人属于同一家族的。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编程读入 m 条关系，求有几个大家族？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行读入 2 个整数 n 和 m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接下来 m 行，每行读入 2 个整数 x,y ，空格隔开，表示 x 和 y 两个人之间是亲戚关系。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(n ≤ 10^5,m ≤ 10^6,1 ≤ x,y ≤ n)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输出一个整数，代表计算出来的大家族的数量。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