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2425: 回文字符串（palindrome）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回文字符串指的是对称字符串，也就是该字符串从左到右读和从右到左读得到的结果是一样的。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给定任意的一个字符串，如果该字符串不是回文字符串，通过插入若干字符，可以将该字符串改造为回文字符串。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给定一个字符串，请问该字符串最少插入多少个字符，可以使得该字符串成为回文字符串？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比如：字符串"ab3bd"，在插入2个字符后可以变成一个回文词："dab3bad"或"adb3bda"。然而插入2个以下的字符，无法使其变成一个回文字符串。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第一行为一个整数n（3≤n≤5000），表示给定字符串的长度。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第二行为长度为n的不含空格的字符串。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一个数，要插入的最少字符数。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的数据，满足 n=3。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的数据，满足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3 ≤ n ≤ 5000。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