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2424: 买粮食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学校的食堂来市场上采购粮食，他们准备了 n 元，市场上有 m 种不同的粮食，每种粮食都是袋装的，只能整袋购买；不同种类的粮食价格、重量、袋数有差异（也可能相同，比如：大米和小米，可以是同一个重量的包装）。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请问：食堂以有限的资金，最多能购买到多少公斤的粮食。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本题有多组测试数据，第1行读入一个整数t代表测试数据的组数。（t ≤ 10）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对于每组测试数据，先读入两个整数 n 和 m 。(1 ≤ n ≤ 100, 1 ≤ m ≤ 100)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 3 个整数 x , y , z ，分别代表每种粮食的价格、重量、袋数。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(1 ≤ x ≤ 20,1 ≤ y ≤ 200,1 ≤ z ≤ 20)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对于每组测试数据，请输出能够购买粮食的最多重量，食堂准备的经费可能买不光所有的大米，经费可以不用完。每组输出占一行。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10 1 15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19 79 5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6 65 3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8 82 6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16 92 2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17 28 3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441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