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2422: 编辑距离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设 A 和 B 是 2 个字符串。要用最少的字符操作将字符串 A 转换为字符串 B。这里所说的字符操作包括：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(1) 删除 A 一个字符；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(2) 在 A 中插入一个字符；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(3) 将 A 一个字符改为另一个字符。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将字符串 A 变换为字符串 B 所用的最少字符操作数称为字符串 A 到 B 的编辑距离，记为 d(A,B)。试设计一个有效算法，对任给的 2 个字符串 A 和 B，计算出它们的编辑距离 d(A,B)。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第一行是字符串 A，第二行是字符串 B。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字符串 A 和 B 都不含空格，字符串长度 ≤ 1800。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将编辑距离 d(A,B) 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fxpimu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xwrs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