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2421: 我家的门牌号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202112真题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我家住在一条短胡同里，这条胡同的门牌号从1开始顺序编号。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若所有的门牌号之和减去我家门牌号的两倍，恰好等于n，求我家的门牌号及总共有多少家。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数据保证有唯一解。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一个正整数n。n&lt;100000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一行，包含两个正整数，分别是我家的门牌号及总共有多少家，中间用单个空格隔开。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