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2417: 汉诺塔(2)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汉诺塔的问题大家都已经很熟悉了，有三个柱子，第 1 个 A 柱子上有一些大小不一的 n 个金片，初始状态下保证金片从上到下按照从小到大的顺序叠放，并按照 1 ∼ n 的顺序编号。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要把金片从 A 柱移动到 C 柱，可以借助 B 柱，移动过程中不能出现大金片在小金片上面的情况。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 n 个金片的情况下，第 K 步移动的是编号为多少的金片？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输入两个整数 n 和 k ，分别代表初始状态有 n 个金片，以及询问第 k 次移动移动的是哪个金片。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数据范围：2 ≤ n ≤ 20,1 ≤ k &lt; 2^n。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输出第 k 次移动的盘子的编号。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