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2416: 最短路和负环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2416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图论bellman-fordspfa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872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给出一个有 N 个节点，M 条边的带权有向图。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要求你写一个程序， 判断这个有向图中是否存在负权回路。 如果从一个点沿着某条路径出发， 又回到了自己， 而且所经过的边上的权和小于 0， 就说这条路是一个负权回路。如果存在负权回路， 只输出一行 -1；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如果不存在负权回路， 再求出一个点 S (1≤S≤N)到每个点的最短路的长度。 约定： S 到 S 的距离为 0 , 如果 S 与这个点不连通, 则输出 NoPath。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第一行：点数 N （2≤N≤1000），边数 M （1≤M≤1000），源点 S (1≤S≤N);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以下 M 行，每行三个整数 a, b, c 表示点a, b（1≤a, b≤N）之间连有一条边，权值为 c （-10^6≤c≤10^6）。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请注意：本题两点之间可能存在多条边。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如果存在负权环， 只输出一行-1。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如果不存在负环，请按如下要求输出：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 N 行，第 i 行描述 S 点到 i 点的最短路: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 S 与 i 不连通, 输出 NoPath；如果 i = S，输出 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其他情况输出 S 到 i 的最短路的长度。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6 8 1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4 -7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6 4 2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3 6 3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4 5 1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3 5 4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