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2414: 滑雪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动态规划记忆化搜索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Michael喜欢滑雪这并不奇怪， 因为滑雪的确很刺激。可是为了获得速度，滑的区域必须向下倾斜，而且当你滑到坡底，你不得不再次走上坡或者等待升降机来载你。Michael想知道在一个区域中最长的滑坡。区域由一个二维数组给出。数组的每个数字代表点的高度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下面是一个例子：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1  2  3  4 5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16 17 18 19 6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15 24 25 20 7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14 23 22 21 8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13 12 11 10 9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一个人可以从某个点滑向上下左右相邻四个点之一，当且仅当高度减小。在上面的例子中，一条可滑行的滑坡为 24 → 17 → 16 → 1 。当然 25 → 24 → 23 → ⋯ → 3 → 2 → 1 更长。事实上，这是最长的一条。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输入的第一行表示区域的行数 R 和列数 C (1 ≤ R,C ≤ 100)。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下面是 R 行，每行有 C 个整数，代表高度 h ，0 ≤ h ≤ 10000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输出最长区域的长度。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16 17 18 19 6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15 24 25 20 7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14 23 22 21 8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13 12 11 10 9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