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2407: 特别的抽签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A班组织大家参加年终抽奖，数学老师为了增加趣味性，规定抽奖方式如下：抽奖箱中有N个互不相同的数字，N名同学每人随机抽一张，如果谁抽中的数字正好等于另外三名同学抽到的数字之和，他就中奖了。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如果有多位同学都满足上述条件，那么，满足条件的同学中，谁的数字最大，谁就获奖了。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如果所有同学都没有抽到满足条件的数，请输出：no。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请你编程计算出中奖同学抽到的是什么数？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第1行有一个整数n（n≤1000）。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第2行有n个互不相等的整数，代表抽奖箱中的数字（数字的数值在[1,40000]之间）。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输出一个整数，代表获奖的同学抽到的数字；如果无人获奖，输出no。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3 2 1 6 5 9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