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2406: 三角形判断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2406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小飞刚刚学了三角形的知识点，他已经学过了：三角形、直角三角形、等腰三角形相关的知识。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现在从键盘读入 3 个整数代表三角形的 3 条边，数据保证三条边一定能构成三角形。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请编程判断，该三角形是直角三角形、等腰三角形，还是普通三角形？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如果是直角三角形，请输出：good；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如果是等腰三角形，请输出：perfect；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如果都不是，请输出：just a triangle；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请注意：本题样例确保三角形不可能既是等腰三角形又是直角三角形。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本题包含多组测试样例，输入的第一行为一个整数t，表示测试样例的数量。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每组样例包含了三个整数 a,b,c，代表了三角形的三条边的长度。（ 0 &lt; a,b,c &lt; 300）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对于每组样例，输出结果，每组结果占一行。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2 2 3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4 6 3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good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perfect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perfect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just a triangle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直角三角形指的是，三角形中：两条直角边的平方和 = 第三条斜边的平方，比如：3 4 5就可以构成直角三角形，因为3  ×  3 + 4  ×  4 = 5  ×  5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等腰三角形指的是，三角形中：有两条边是一样的。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