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2399: 树上的距离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树LCA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给定一棵树，树上有 n 个结点，结点编号为 1 ∼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再给定 q 次询问，每次询问给定 2 个结点编号，请编程计算出这两个结点在树上的距离。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n，表示结点数量；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n−1 行，每行两个整数 x,y 表示 x,y 之间有一条连边；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然后一个整数 q，表示有 q 个询问；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行每行两个整数 x,y 表示询问 x 到 y 的距离。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1≤n,q≤105，1≤x,y≤n；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q 行，每行一个整数，表示每次询问的答案。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