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2398: 拯救行动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bfs电子学会等级考试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电子学会等级考试五级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公主被恶人抓走，被关押在牢房的某个地方。牢房用N*M (N, M &lt;= 200)的矩阵来表示。矩阵中的每项可以代表道路（@）、墙壁（#）、和守卫（x）。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英勇的骑士（r）决定孤身一人去拯救公主（a）。我们假设拯救成功的表示是“骑士到达了公主所在的位置”。由于在通往公主所在位置的道路中可能遇到守卫，骑士一旦遇到守卫，必须杀死守卫才能继续前进。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现假设骑士可以向上、下、左、右四个方向移动，每移动一个位置需要1个单位时间，杀死一个守卫需要花费额外的1个单位时间。同时假设骑士足够强壮，有能力杀死所有的守卫。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给定牢房矩阵，公主、骑士和守卫在矩阵中的位置，请你计算拯救行动成功需要花费最短时间。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第一行为一个整数S，表示输入的数据的组数（多组输入） 随后有S组数据，每组数据按如下格式输入：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1、两个整数代表N和M, (N, M &lt;= 200).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2、随后N行，每行有M个字符。"@"代表道路，"a"代表公主，"r"代表骑士，"x"代表守卫, "#"代表墙壁。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如果拯救行动成功，输出一个整数，表示行动的最短时间。 如果不可能成功，输出"Impossible"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#@#####@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#@a#@@r@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#@@#x@@@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@@#@@#@#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#@@@##@@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@#@@@@@@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@@@@@@@@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13 40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@x@@##x@#x@x#xxxx##@#x@x@@#x#@#x#@@x@#@x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xx###x@x#@@##xx@@@#@x@@#x@xxx@@#x@#x@@x@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#@x#@x#x#@@##@@x#@xx#xxx@@x##@@@#@x@@x@x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@##x@@@x#xx#@@#xxxx#@@x@x@#@x@@@x@#@#x@#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@#xxxxx##@@x##x@xxx@@#x@x####@@@x#x##@#@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#xxx#@#x##xxxx@@#xx@@@x@xxx#@#xxx@x#####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#x@xxxx#@x@@@@##@x#xx#xxx@#xx#@#####x#@x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xx##@#@x##x##x#@x#@a#xx@##@#@##xx@#@@x@x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x#x#@x@#x#@##@xrx@x#xxxx@##x##xx#@#x@xx@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#x@@#@###x##x@x#@@#@@x@x@@xx@@@@##@@x@@x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x#xx@x###@xxx#@#x#@@###@#@##@x#@x@#@@#@@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#@#x@x#x#x###@x@@xxx####x@x##@x####xx#@x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#x#@x#x######@@#x@#xxxx#xx@@@#xx#x#####@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