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2395: 部分背包问题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贪心部分背包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阿里巴巴走进了装满宝藏的藏宝洞。藏宝洞里面有 N (N≤100) 堆金币，第 i 堆金币的总重量和总价值分别是 m_i,v_i (1 ≤ m_i , v_i ≤ 100)。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阿里巴巴有一个承重量为 T (T≤1000) 的背包，但并不一定有办法将全部的金币都装进去。他想装走尽可能多价值的金币。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所有金币都可以随意分割，分割完的金币重量价值比（也就是单位价格）不变。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请问阿里巴巴最多可以拿走多少价值的金币？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 , T。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行，每行两个整数 m_i , v_i。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一个实数表示答案，输出两位小数。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10 60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30 120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15 45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240.00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