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media/image1.jpg" ContentType="image/png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2394: 喷水装置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2394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贪心区间问题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137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贪心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长 L 米，宽 W 米的草坪里装有 n 个浇灌喷头，每个喷头都装在草坪的中心线上(离两边各 W/2 米)。我们知道每个喷头的位置(离草坪中心线左端的距离)，以及它能覆盖到的浇灌范围。请问如果要同时浇灌整块草坪，最少需要打开多少个喷头？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r>
        <w:t>图片 1:</w:t>
      </w:r>
    </w:p>
    <w:p>
      <w:r>
        <w:drawing>
          <wp:inline xmlns:a="http://schemas.openxmlformats.org/drawingml/2006/main" xmlns:pic="http://schemas.openxmlformats.org/drawingml/2006/picture">
            <wp:extent cx="4572000" cy="2638567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ir9ehqh7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263856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1 行读入一个整数 T ，表示有 T 组数据（T≤10）；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每组数据的第一行是整数 n、L 和 W 的值，其中 n ≤ 20000；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接下来的 n 行，每行包含 2 个整数，给出一个喷头的位置 x 和浇灌半径 r；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对每组测试数据输出一个数字，表示要浇灌整块草坪所需喷头数目的最小值。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如果所有喷头都打开还不能浇灌整块草坪，则输出 -1。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8 20 2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5 3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4 1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7 2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10 2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13 3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16 2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19 4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3 10 1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3 5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9 3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6 1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3 10 1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5 3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9 1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6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-1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