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2391: 子串位置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2391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KMP哈希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1332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给定一个父字符串 s 和子字符串 p ，请按照从前向后的顺序，请求出 p 在 s 中所有出现的起始位置。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例如：s = ABADABCEABABA ，p = ABA，则求解的结果是：1 9 11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 1 行读入一个仅包含大写字母的字符串 s；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 2 行读入一个仅包含大写字母的字符串 p 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 和 p 均是长度不超过 10^6 的字符串。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1 行，按题意输出 p 在 s 中出现的位置，数字之间用空格隔开。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ABADABCEABABA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ABA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1 9 11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