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2389: 最大数 [JSOI2008]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线段树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Bzoj,JSOI2008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给定一个正整数数列 a_1,a_2,a_3,⋯,a_n ，每一个数都在 0 ∼ p–1 之间。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可以对这列数进行两种操作：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添加操作：向序列后添加一个数，序列长度变成 n+1。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询问操作：询问这个序列中最后 L 个数中最大的数是多少。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程序运行的最开始，整数序列为空。写一个程序，读入 m 次操作的序列，并输出询问操作的答案。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第一行有两个正整数 m,p，意义如题目描述；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行，每一行表示一个操作。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如果该行的内容是 Q L，则表示这个操作是询问序列中最后 L 个数的最大数是多少；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如果是 A t，则表示向序列后面加一个数，加入的数是 (t+a) mod p（mod 表示取余数）。其中，t 是输入的参数，a 是在这个添加操作之前最后一个询问操作的答案（如果之前没有询问操作，则 a=0）。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第一个操作一定是添加操作。对于询问操作，L&gt;0 且不超过当前序列的长度。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对于每一个询问操作，输出一行。该行只有一个数，即序列中最后 L 个数的最大数。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97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63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Q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99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说明：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最后的序列是 97,14,60,96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数据范围与提示：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对于全部数据，1≤m≤2 × 10^5，1≤p≤2 × 10^9，0 ≤ t &lt; p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