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2387: 连续k个数的最值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RMQ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个整数，求从第 1 个数到第 n-k+1 个数为起点的每个数开始，连续 k 个数的最大数和最小数。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行有 2 个数 n 和 k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行有 n 个整数，每个整数都在[-231 ∼ 231-1]范围内。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1≤k≤n≤10^5。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n-k+1 行，每行有 2 个整数，第 i 行输出从第 i 个数开始连续 k 个数的最大值和最小值。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