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2386: 超级记忆力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RMQ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小A同学拥有无与伦比的超级记忆力，他可以一次性记住很多数字。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为了考验一下小A同学的记忆力，王老师一次性给小A展示了 N 个整数。然后问了他 M 个问题，每个问题给定一个区间，要求小A同学说出这个区间中的最大数是多少？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为方便老师检验小A同学的答案是否正确，请你先编程求出正确的答案。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第一行两个整数 N,M 表示数字的个数和要询问的次数；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接下来一行为 N 个数；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行，每行都有两个整数 X,Y 表示询问的区间。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1≤N≤10^5,1≤M≤10^6,1≤X≤Y≤N。数字不超过 C/C++ 的 int 范围。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M 行，每行输出一个数。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3 2 4 5 6 8 1 2 9 7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