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2385: 校门外的树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2385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树状数组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573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vijos1448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校门外有很多树，学校决定在某个时刻在某一段种上一种树，保证任一时刻不会出现两段相同种类的树，现有两种操作：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K=1，读入 l,r 表示在 l 到 r 之间种上一种树，每次操作种的树的种类都不同；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K=2，读入 l,r 表示询问 l 到 r 之间有多少种树。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注意：每个位置都可以重复种树。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 n,m 表示道路总长为 n，共有 m 个操作；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行为 m 个操作。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对于每个 k=2 输出一个答案。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数据范围与提示：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20% 的数据，1≤n,m≤100；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60% 的数据，1≤n≤10^3,1≤m≤5 × 10^4；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的数据，1≤n,m≤5 × 10^4 ，保证 0 &lt; l,r ≤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