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2382: 关键词搜索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ac自动机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hdu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个长度不超过 50 的由小写英文字母组成的单词准备查询，以及一篇长为 m 的文章，问：文中出现了多少个待查询的单词。多组数据。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T，表示数据组数；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对于每组数据，第一行一个整数 n，接下去 n 行表示 n 个单词，最后一行输入一个字符串（不含空格），表示文章。（对于全部数据，1≤n≤104,1≤m≤106 。）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对于每组数据，输出一个数，表示文中出现了多少个待查询的单词（注意：同一个单词在文章中出现多次，也只算一次）。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she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say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shr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yasherhs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