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2375: 最长不重复子序列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2375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哈希表双指针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659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n 个整数，请从这个 n 个整数中，找出一个最长的连续区间，使得该区间中不存在重复的数字。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行一个正整数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 n 个非负整数，第 i 个整数的值为 x_i。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输出一个整数，代表最长的不包含重复数字的区间。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数据范围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n ≤ 10^6 , 0 ≤ x_i ≤ 10^9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