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2374: 编号机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2374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哈希表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工厂的编号机，专门产生数字，用于给工厂的各类设备编号。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大家都知道，既然是用于给设备编号，那么这个编号机产生的数字一定要保证唯一性。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该编号机产生数字的方式如下。如果要产生一个数列 {a_0,a_1 ⋯ a_n}，则先指定 a_0=1，其余数字的生成方式为：ai+1=(A × a_i + a_i mod B) mod C。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请编程校验一下，该数字机是否有可能产生出重复的数字，如果可能产生重复的数字，请输出第 1 个产生重复数字的编号（请注意，第 1 个产生的数字编号为 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由于工厂的设备不可能超过 2 × 10^6 台，因此只要产生的前 2 × 10^6 个数字中无重复，就可以认为不会产生重复的数字，输出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3 个整数 A,B,C。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按要求输出第 1 个重复数字的编号 或者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2 2 9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 A,B,C≤10^5。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 A,B,C≤10^9。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