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2367: 电路维修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广搜优化双端队列BFS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有一种正方形的电路元件，在它的两组相对顶点中，有一组会用导线连接起来，另一组则不会。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× M 个这样的元件，你想将其排列成 N 行 M 列放在电路板上。电路板的左上角连接电源，右下角连接灯泡。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试求：至少要旋转多少个正方形元件才能让电源与灯泡连通，若无解则输出 NO SOLUTION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0302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vfqy4g_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302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有多组测试数据。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第一行为测试数据组数，以下每组测试数据描述为：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第一行有两个整数 N 和 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在接下来的 N 行中，每行有 M 个字符。每个字符均为 或 /，表示正方形元件上导线的连接方向。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每组测试数据输出描述：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输出共一行，若有解则输出一个整数，表示至少要旋转多少个正方形元件才能让电源与灯泡连通；若无解则输出 NO SOLUTION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3 5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\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/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/\\\\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的数据，1≤N≤4,1≤M≤5。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对于所有数据，1≤N,M≤500。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