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2361: 图书管理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2361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哈希表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892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图书管理是一件十分繁杂的工作，在一个图书馆中每天都会有许多新书加入。为了更方便的管理图书（以便于帮助想要借书的客人快速查找他们是否有他们所需要的书），我们需要设计一个图书查找系统。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该系统需要支持 2 种操作：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add(s) 表示新加入一本书名为 s 的图书。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find(s) 表示查询是否存在一本书名为 s 的图书。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第一行包括一个正整数 n，表示操作数。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 n 行，每行给出 2 种操作中的某一个指令条，指令格式为：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add 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find s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在书名 s 与指令（add，find）之间有一个空格隔开，我们保证所有书名的长度都不超过 200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可以假设读入数据是准确无误的。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 n ≤ 30000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对于每个 find(s) 指令，我们必须对应的输出一行 yes 或 no，表示当前所查询的书是否存在于图书馆内。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注意：一开始时图书馆内是没有一本图书的。并且，对于相同字母不同大小写的书名，我们认为它们是不同的。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add Inside C#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find Effective Java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add Effective Java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find Effective Java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