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2360: 最多子串重复次数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2360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哈希KMP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1072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POJ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给定若干个长度 ≤10^6 的字符串，询问每个字符串最多是由多少个相同的子字符串重复连接而成的。如：ababab 则最多有 3 个 ab 连接而成。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输入若干行（所有行的字符串的长度之和≤10^7），每行有一个字符串，字符串仅含英语小写字母。特别的，字符串可能为 . 即一个半角句号，此时输入结束。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对于每行输入，输出一个整数，代表计算的结果。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aaaa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ababab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.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