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2356: 成绩排序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蓝桥杯等级考试结构体数组问题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C++组编程题样题（十六级）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虽然现在学校已经不允许将学生每次的考试成绩公布，但是尽职尽责的班主任小青老师还是会私下将学生们的成绩排序，看看哪些学生进步了，哪些学生有所退步，针对退步的学生想一些提升方案。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现在请你通过编程来帮助小青老师实现全班 n 位同学成绩的排名。排名规则为总分从高到低排序，当出现总成绩相同时，根据语文成绩从高到低排序；当总成绩相同且语文成绩也相同时按照输入的先后顺序排序。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输入共 n+1 行,第一行输入一个正整数 n （1 &lt; n &lt; 100）表示全班学生数量；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∼ n+1 行，每行分别是学生姓名 m（1 &lt; m &lt; 20）、语文成绩、数学成绩、英语成绩，中间用空格隔开，各科成绩满分 100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输出共 n 行，根据题目要求的排序规则输出，每行分别为学生姓名、总成绩、语文成绩。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Jack 93 97 96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Rose 96 98 94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Lanbao 94 98 94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Rose 288 96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Lanbao 286 94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Jack 286 93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C++组单选题样题（十六级）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若有语句：int a, *p = &amp;a；则下列语句描述正确的是（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p 是指向一维数组的指针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p 是指向 int 类型的指针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p 存储的是 a 的数值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p 是指向函数的指针，该函数返回 int 类型的数据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【解析】p 是指向整型变量 a 的指针，存储的是 a 的地址，所以选项 B 正确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