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2354: 注册账号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蓝桥等考 C++组编程题样题（十四级）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【具体要求】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我们在注册网站时需要自己输入一个账号，某网站的注册要求比较严格，注册账号有如下要求：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要求一：注册账号只能由大小写字母，数字和下划线组成；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要求二：注册账号区分大小写，其中必须要包含大写字母，小写字母可有可无； 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要求三：注册账号必须包含数字和下划线二者其一，但二者不能同时出现；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要求四：如果包含数字，数字不能放开头。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现在需要你编写一个程序判断一个输入的注册账号是否符合要求。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例如：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输入一个账号 Jack44324_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其符合要求 1，不包含字母，数字和下划线以外的字符；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其含大写字母，符合要求 2；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包含数字和下划线，但是二者同时出现，不符合要求 3；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包含数字且数字不在开头，符合要求 4；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所以这个账号因不符合要求 3 为不合法。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输入一个字符串，长度不超过 20，输入数据只能包含数字、大小写字母和下划线。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如果注册账号符合要求则输出“Pass!”，不符合要求则输出“Illegal!”。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Jack44324_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Illegal！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本题共有五组测试数据，每通过一组测试数据得 10 分，满分 50 分。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蓝桥等考 C++组单选题样题（十四级）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现定义如下一维字符数组：char s[10] = {'A', 'B', 'C', 'D', 'E', 'F', 'G', 'H', 'I', 'J'};若 i = 2,则输出 s[i + 2] 的值等于（ 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A 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B D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C E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D F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【答案】C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【解析】一维数组索引 i 从 0 开始，s[4] 对应的值应该是‘E’。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