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2353: 排队看电影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2353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蓝桥等考 C++组编程题样题（十三级）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【具体要求】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今天是星期五，班主任老师提前跟同学们说好，今天组织大家去电影院看一场历史革命主题的电影。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来到电影院，全班 n 位同学已经排成一队，班主任老师请班长小蓝根据同学们的身高进行从低到高排序，方便观影。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小蓝思考了一下，决定采取以下策略来排队，比较相邻两位同学的身高，将身高低一点的调整到前面，直到所有同学有序排队。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为防止混乱，规定只能相邻的两位同学可调整位置，请问最少需要多少次交换才能完成从小到大排序。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输入共两行，第一行输入一个正整数 n（3 &lt; n &lt; 100），表示全班同学人数；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第二行输入 n 个正整数 a1, a2, ... an(1 &lt; ai &lt;= 200)，表示正在排队中的同学身高，正整数之间一个空格隔开。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输出一个正整数，表示最少需要多少次交换才能完成从小到大排序。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150 154 149 162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本题共有五组测试数据，每通过一组测试数据得 10 分，满分 50 分。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蓝桥等考 C++组单选题样题（十三级）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已知整型数组 a[5] = {3, 1, 2, 4, 5}，最少经过（ ）次比较可以找出数组中最大的数和最小的数。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 6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B 7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 8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D 9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【答案】A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【解析】声明两个整型变量，maxn 存储最大值，minn 存储最小值，第一次 3 和 1 比较，maxn = 3, minn = 1，第二次 2 和 4 比较，第三次较大的 4 和 maxn 比较，maxn = 4， 第四次 2 和 minn 比较，minn = 1，第五、六次分别拿最后一个数 5 和 maxn、minn 比较，最后得到 maxn = 5，minn =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