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2351: 神奇的二维码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C++组编程题样题（十一级）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二维码是现在日常生活中最常用到的一种编码，比如名片、传单、产品包装上都会用到二维码。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不知道同学们有没有发现一个有趣的现象，二维码是不规律的，但是我们不管从哪个角度去扫码，都能正确识别。主要是因为二维码有三个定位点，手机通过这三个点位置来确定二维码编码的区域和角度。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如下图所示：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现要求输入一个由 0  和  1  组成的正方形二维码矩阵（且左上角、右上角、左下角三个定位点必须为“ 1 ”），将二维码顺时针旋转  90  度后输出。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08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kn21wl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0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输入共 n+1 行，第一行输入一个正整数 （ 4 ≤ n ≤ 32 )，表示该二维码矩阵大小为  n ×  n ;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 2 ∼ n+1 行，每行 n 个由  0  或  1  组成，数字之间用空格隔开，代表二维码矩阵（且左上角、右上角、左下角三个定位点必须为“ 1 ”）。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n 行，每行 n 个正整数，输出矩阵为顺时针旋转  90  度后的矩阵二维码。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0 1 0 1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1 0 1 0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0 1 1 0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1 0 0 0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【评分标准】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C++组单选题样题（十一级）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阅读以下程序片段，最终的输出结果是选项（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int a[4][2] = {{1, 0}, {0, 1}, {-1, 0}, {0, -1}};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((a[1][1] * a[3][0] + 3) % 4);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【答案】D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【解析】四行二列的二维数组中，a[1][1] = 1，a[3][0] = 0，最终表达式为（1 * 0 + 3）% 4 =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