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2347: 冰雹猜想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蓝桥杯等级考试循环问题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C++组编程题样题（七级）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【具体要求】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70 年代中期，美国各所名牌大学校园内，人们都废寝忘食地玩一种数学游戏：冰雹猜想。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这个游戏十分简单，任意写出一个正整数 n，并且按照以下的规律进行变换，直到数字变为 1：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如果是个奇数，则下一步变成 3n+1。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如果是个偶数，则下一步变成 n/2。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程序要求输入一个正整数 n，输出整数 n 变换到 1 的处理过程。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例如当 n = 5 时，变换过程分别为：16，8，4，2，1 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n（1 &lt; n &lt;  1000 )。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输出若干行，顺序输出整数 n 变换到 1 的处理过程，每行输出一步变换的表达式。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6/2=3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3*3+1=10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10/2=5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5*3+1=16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16/2=8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8/2=4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4/2=2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2/2=1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本题共有五组测试数据，每通过一组测试数据得 10 分，满分 50 分。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C++组单选题样题（七级）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以下程序循环语句执行后变量 a 的最终结果是（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int a = 1;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for(int i = 1, j = 1; i &lt;= 10 &amp;&amp; j &lt;= 15; i++, j += 2)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{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 xml:space="preserve">a++;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}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a = 12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a = 11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a = 10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a = 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【答案】D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【解析】控制变量 i 和 j 共同进行循环控制，i 从 1 变到 10，增量为 1，总共循 环 10 次，j 从 1 变到 15，增量为 2，总共循环 8 次，循环条件表达式同时成立时才会执行循环体，所以当 j 变到 15 时程序执行完循环体即结束，此时 a 增加了 8 次，最终答案为 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