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2342: 高斯求和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蓝桥杯等级考试循环数学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C++组编程题样题（三级）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【具体要求】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高斯（1777-1855），德国数学家、物理学家、天文学家，他和牛顿、阿基米德被誉为有史以来的三大数学家，有“数学王子”之称。传闻高斯上小学时就能快速的计算出老师布置的作业，求 1+2+3+...+99+100 的和，他运用了“和=（首项+末项） * 项数/2”的原理。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先给出一个正整数 n，请你编程求出 1+2+...+n 的累加和。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n（3 &lt; n &lt;=100)。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到 n 相加的和。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蓝桥等考 C++组单选题样题（三级）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关于以下程序片段的输出结果正确的是（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(4 % (-3))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(-4 % 3)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(4 % 3)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cout &lt;&lt; (-4 % (-3)) &lt;&lt; endl;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1 -1 1 -1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-1 1 -1 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-1 1 1 -1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-1 -1 1 -1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 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【解析】%是取模运算符，关于负数的取模运算，取模运算结果的正负是由左操作数的正负决定的。如果%左操作数是正数，那么取模运算的结果是非负数；如果%左操作数是负数，那么取模运算的结果是负数或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