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2322: TT 的时间（time）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2322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区赛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2018 年武进区第 11 届程序设计比赛试题-小学组 T1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我们的记时方法分为 12 时记时法和 24 时记时法两种。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所谓 12 时记时法是指：深夜 12 时是一日的开始，1 天的 24 小时又分为两段，每段 12 小时。从深夜 12 时起到中午 12 时是上午（AM），再从中午 12 时起到深夜 12 时是下午（PM），请注意：中午12点算作PM。生活中通常采用这种计时法。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24 时记时法是广播电台、车站、邮电局等部门采用的 0 到 24 时计时法，按照这种计时法，下午 1 时就是 13：00，下午 2 时就是 14：00，夜里 12 时就是 24：00，又是第二天的 00：00 。 TT 有一时钟，上面有个切换的按钮，按一下为 12 时记时法显示的时间，再按一下为 24 时记时法  ⋯ ，请写一相互转换并显示的程序。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第一行：一个整数 t，12 或者 24，表示给出的时间为何种记时法。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第二行：t 是 12，则先给出 AM 或 PM，表示时间为上午或下午，后面三个整数 h，m，s ，表示时，分，秒；如果 t 是 24，则只有 h，m，s。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行：转换为 12 时记时法，则先输出” AM ”或” PM ”，一个空格后面三个整数，中间用” : ”隔开，表示转换后的时间；转换为 24 时记时法，则直接输出” ： ”隔开的时，分，秒。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100 % 的数据，t=12 或 24，0 ≤ m, s ≤ 59 。当 t=12 时，0≤ h ≤ 12； 当 t=24 时，0 ≤ h &lt; 24。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