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2317: 角谷猜想之猜想（jiaogu）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区赛递推深搜set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 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日本一位中学生发现一个奇妙的定理，请角谷教授证明，而教授无能为力，于是产生了角谷猜想。猜想的内容：任给一个自然数，若为偶数则除以 2 ，若为奇数则乘 3 加 1 ，得到一个新的自然数后按上面的法则继续演算。若干次后得到的结果必为 1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如：22，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22/2=11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11*3+1=34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34/2=17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17*3+1=52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52/2=26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26/2=13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13*3+1=40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40/2=20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20/2=10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10/2=5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5*3+1=16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16/2=8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8/2=4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4/2=2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2/2=1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经过 15 次运算得到自然数 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现在的问题是：按这样的方法经过 k（0≤k≤31）次运算，计算到 1 的数有哪些？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按从小到大的顺序输出。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一个单独的整数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一行，用一个空格隔开的若干个整数，是所有能经过 k 次计算，计算到 1 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要求从小到大输出。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50% 的数据，k≤13。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100% 的数据，0≤k≤31。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