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2315: 绵羊排队（sheep）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 年武进区第 12 届程序设计比赛试题-小学组T2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农场主 W 有 N 只小羊，小羊们的脾气很大，时不时就会和你“顶牛”。W 非常喜欢它们，不想让它们受伤，便想了一个办法。他在农场里钉了 M 根木桩，这些木桩在一条直线上，且相邻两根木桩的距离均为 1 米，然后将这些小羊拴在一些木桩上，当然要求相邻两只羊的距离不能过小，太小了它们又要打架了，当距离达到 K 米或以上时它们就会相安无事。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现在的问题是：用这 M 根木桩来拴 N 只小羊，能否达到规定的距离要求？不能则输出 No，以及按要求最多能拴的羊的只数；能则输出 Yes，以及相邻两只羊最小距离的最大值。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一行，三个正整数：M N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行：能达到要求输出 Yes，不能输出 No。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行：能达到要求输出相邻两只羊最小距离的最大值，不能输出按要求最多能拴的羊的只数。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1：12 根木桩，6 只羊，相邻 2 只羊的距离至少为 4 米。达不到这样的距离要求，按此要求最多只能拴3 只羊。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2：12 根木桩，4 只羊，相邻 2 只羊的距离至少为 2 米。能达到这样的距离要求，最小的距离最大是 3 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25%的数据，N≤1024;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40%的数据，N≤1000000；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100%的数据，1≤M≤1000000000,2≤N≤1000000000,1≤K≤100000。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9543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9u5lmt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54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92015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ve9t_9y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2015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